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/>
          <w:b/>
          <w:color w:val="1F4D78"/>
          <w:sz w:val="50"/>
        </w:rPr>
        <w:t>UK Invoice Chasing Letter Pack</w:t>
      </w:r>
    </w:p>
    <w:p>
      <w:pPr>
        <w:spacing w:after="320"/>
      </w:pPr>
      <w:r>
        <w:rPr>
          <w:rFonts w:ascii="Calibri" w:hAnsi="Calibri"/>
          <w:color w:val="5A5A5A"/>
          <w:sz w:val="24"/>
        </w:rPr>
        <w:t>Three editable templates for polite, overdue and final payment reminders</w:t>
      </w:r>
    </w:p>
    <w:p>
      <w:r>
        <w:rPr>
          <w:b/>
        </w:rPr>
        <w:t xml:space="preserve">How to use this pack. </w:t>
      </w:r>
      <w:r>
        <w:t>Replace every square-bracket field, attach the correct invoice, check the recipient and amount, and keep a dated copy of what you send. Match the tone to the relationship and do not threaten a step you are not prepared or entitled to take.</w:t>
      </w:r>
    </w:p>
    <w:p>
      <w:pPr>
        <w:shd w:fill="FFF8E8"/>
        <w:spacing w:before="160" w:after="240"/>
        <w:ind w:left="173" w:right="173"/>
      </w:pPr>
      <w:r>
        <w:rPr>
          <w:b/>
        </w:rPr>
        <w:t xml:space="preserve">Important: </w:t>
      </w:r>
      <w:r>
        <w:t>These are general business templates, not legal advice. A formal Letter Before Action or Letter of Claim has additional requirements. Check the process that applies to the parties and jurisdiction before court action.</w:t>
      </w:r>
    </w:p>
    <w:p>
      <w:pPr>
        <w:pStyle w:val="Heading1"/>
      </w:pPr>
      <w:r>
        <w:t>Quick checklist</w:t>
      </w:r>
    </w:p>
    <w:p>
      <w:pPr>
        <w:pStyle w:val="ListBullet"/>
        <w:spacing w:after="80" w:line="300" w:lineRule="auto"/>
        <w:ind w:left="540" w:hanging="271"/>
      </w:pPr>
      <w:r>
        <w:t>Confirm that the invoice was sent to the right person and address.</w:t>
      </w:r>
    </w:p>
    <w:p>
      <w:pPr>
        <w:pStyle w:val="ListBullet"/>
        <w:spacing w:after="80" w:line="300" w:lineRule="auto"/>
        <w:ind w:left="540" w:hanging="271"/>
      </w:pPr>
      <w:r>
        <w:t>Check the agreed due date, amount, purchase order and payment terms.</w:t>
      </w:r>
    </w:p>
    <w:p>
      <w:pPr>
        <w:pStyle w:val="ListBullet"/>
        <w:spacing w:after="80" w:line="300" w:lineRule="auto"/>
        <w:ind w:left="540" w:hanging="271"/>
      </w:pPr>
      <w:r>
        <w:t>Attach the invoice and make the payment route obvious.</w:t>
      </w:r>
    </w:p>
    <w:p>
      <w:pPr>
        <w:pStyle w:val="ListBullet"/>
        <w:spacing w:after="80" w:line="300" w:lineRule="auto"/>
        <w:ind w:left="540" w:hanging="271"/>
      </w:pPr>
      <w:r>
        <w:t>Keep the tone factual and retain a dated copy of every reminder.</w:t>
      </w:r>
    </w:p>
    <w:p>
      <w:pPr>
        <w:pStyle w:val="ListBullet"/>
        <w:spacing w:after="80" w:line="300" w:lineRule="auto"/>
        <w:ind w:left="540" w:hanging="271"/>
      </w:pPr>
      <w:r>
        <w:t>Escalate gradually and separate a final reminder from formal legal correspondence.</w:t>
      </w:r>
    </w:p>
    <w:p>
      <w:r>
        <w:br w:type="page"/>
      </w:r>
    </w:p>
    <w:p>
      <w:pPr>
        <w:pStyle w:val="Heading1"/>
      </w:pPr>
      <w:r>
        <w:t>1. Friendly payment reminder</w:t>
      </w:r>
    </w:p>
    <w:p>
      <w:r>
        <w:rPr>
          <w:b/>
        </w:rPr>
        <w:t xml:space="preserve">Use when: </w:t>
      </w:r>
      <w:r>
        <w:t>Use shortly before the due date or within the first few days after it.</w:t>
      </w:r>
    </w:p>
    <w:p>
      <w:pPr>
        <w:shd w:fill="E8EEF5"/>
        <w:ind w:left="173" w:right="173"/>
      </w:pPr>
      <w:r>
        <w:rPr>
          <w:b/>
        </w:rPr>
        <w:t xml:space="preserve">Subject: </w:t>
      </w:r>
      <w:r>
        <w:t>Reminder: invoice [invoice number] for [amount]</w:t>
      </w:r>
    </w:p>
    <w:p>
      <w:pPr>
        <w:spacing w:after="180"/>
      </w:pPr>
      <w:r>
        <w:t>Hi [client name],</w:t>
      </w:r>
    </w:p>
    <w:p>
      <w:pPr>
        <w:spacing w:after="180"/>
      </w:pPr>
      <w:r>
        <w:t>I hope you are well. This is a quick reminder about invoice [invoice number] for [amount], which was due on [due date].</w:t>
      </w:r>
    </w:p>
    <w:p>
      <w:pPr>
        <w:spacing w:after="180"/>
      </w:pPr>
      <w:r>
        <w:t>If you have already arranged payment, please ignore this message. Otherwise, please let me know when I should expect it. I have attached the invoice again for convenience.</w:t>
      </w:r>
    </w:p>
    <w:p>
      <w:pPr>
        <w:spacing w:after="180"/>
      </w:pPr>
      <w:r>
        <w:t>Payment details: [bank details or payment link]</w:t>
      </w:r>
    </w:p>
    <w:p>
      <w:pPr>
        <w:spacing w:after="180"/>
      </w:pPr>
      <w:r>
        <w:t>Thanks,</w:t>
      </w:r>
      <w:r>
        <w:br/>
      </w:r>
      <w:r>
        <w:t>[your name]</w:t>
      </w:r>
      <w:r>
        <w:br/>
      </w:r>
      <w:r>
        <w:t>[your business]</w:t>
      </w:r>
    </w:p>
    <w:p>
      <w:pPr>
        <w:spacing w:before="200"/>
        <w:shd w:fill="F4F6F9"/>
      </w:pPr>
      <w:r>
        <w:rPr>
          <w:b/>
        </w:rPr>
        <w:t xml:space="preserve">Before sending: </w:t>
      </w:r>
      <w:r>
        <w:t>remove unused placeholders, check dates and figures, attach the invoice, and test the payment link.</w:t>
      </w:r>
    </w:p>
    <w:p>
      <w:r>
        <w:br w:type="page"/>
      </w:r>
    </w:p>
    <w:p>
      <w:pPr>
        <w:pStyle w:val="Heading1"/>
      </w:pPr>
      <w:r>
        <w:t>2. Overdue invoice reminder</w:t>
      </w:r>
    </w:p>
    <w:p>
      <w:r>
        <w:rPr>
          <w:b/>
        </w:rPr>
        <w:t xml:space="preserve">Use when: </w:t>
      </w:r>
      <w:r>
        <w:t>Use when the invoice is clearly overdue and the first reminder has not resolved it.</w:t>
      </w:r>
    </w:p>
    <w:p>
      <w:pPr>
        <w:shd w:fill="E8EEF5"/>
        <w:ind w:left="173" w:right="173"/>
      </w:pPr>
      <w:r>
        <w:rPr>
          <w:b/>
        </w:rPr>
        <w:t xml:space="preserve">Subject: </w:t>
      </w:r>
      <w:r>
        <w:t>Overdue invoice [invoice number] - payment requested</w:t>
      </w:r>
    </w:p>
    <w:p>
      <w:pPr>
        <w:spacing w:after="180"/>
      </w:pPr>
      <w:r>
        <w:t>Hi [client name],</w:t>
      </w:r>
    </w:p>
    <w:p>
      <w:pPr>
        <w:spacing w:after="180"/>
      </w:pPr>
      <w:r>
        <w:t>Invoice [invoice number] for [amount] was due on [due date] and is now [days overdue] days overdue. I have not yet received payment or an explanation for the delay.</w:t>
      </w:r>
    </w:p>
    <w:p>
      <w:pPr>
        <w:spacing w:after="180"/>
      </w:pPr>
      <w:r>
        <w:t>Please arrange payment by [new payment date], or reply today if there is a genuine query about the invoice. If cash flow is the issue, contact me before that date so we can discuss a realistic payment plan.</w:t>
      </w:r>
    </w:p>
    <w:p>
      <w:pPr>
        <w:spacing w:after="180"/>
      </w:pPr>
      <w:r>
        <w:t>Payment details: [bank details or payment link]</w:t>
      </w:r>
    </w:p>
    <w:p>
      <w:pPr>
        <w:spacing w:after="180"/>
      </w:pPr>
      <w:r>
        <w:t>Regards,</w:t>
      </w:r>
      <w:r>
        <w:br/>
      </w:r>
      <w:r>
        <w:t>[your name]</w:t>
      </w:r>
      <w:r>
        <w:br/>
      </w:r>
      <w:r>
        <w:t>[your business]</w:t>
      </w:r>
    </w:p>
    <w:p>
      <w:pPr>
        <w:spacing w:before="200"/>
        <w:shd w:fill="F4F6F9"/>
      </w:pPr>
      <w:r>
        <w:rPr>
          <w:b/>
        </w:rPr>
        <w:t xml:space="preserve">Before sending: </w:t>
      </w:r>
      <w:r>
        <w:t>remove unused placeholders, check dates and figures, attach the invoice, and test the payment link.</w:t>
      </w:r>
    </w:p>
    <w:p>
      <w:r>
        <w:br w:type="page"/>
      </w:r>
    </w:p>
    <w:p>
      <w:pPr>
        <w:pStyle w:val="Heading1"/>
      </w:pPr>
      <w:r>
        <w:t>3. Final reminder before formal escalation</w:t>
      </w:r>
    </w:p>
    <w:p>
      <w:r>
        <w:rPr>
          <w:b/>
        </w:rPr>
        <w:t xml:space="preserve">Use when: </w:t>
      </w:r>
      <w:r>
        <w:t>Use after previous reminders. This is a final commercial reminder, not a Letter Before Action.</w:t>
      </w:r>
    </w:p>
    <w:p>
      <w:pPr>
        <w:shd w:fill="E8EEF5"/>
        <w:ind w:left="173" w:right="173"/>
      </w:pPr>
      <w:r>
        <w:rPr>
          <w:b/>
        </w:rPr>
        <w:t xml:space="preserve">Subject: </w:t>
      </w:r>
      <w:r>
        <w:t>Final reminder: overdue invoice [invoice number]</w:t>
      </w:r>
    </w:p>
    <w:p>
      <w:pPr>
        <w:spacing w:after="180"/>
      </w:pPr>
      <w:r>
        <w:t>Dear [client name],</w:t>
      </w:r>
    </w:p>
    <w:p>
      <w:pPr>
        <w:spacing w:after="180"/>
      </w:pPr>
      <w:r>
        <w:t>Despite earlier reminders, invoice [invoice number] for [amount], due on [due date], remains unpaid.</w:t>
      </w:r>
    </w:p>
    <w:p>
      <w:pPr>
        <w:spacing w:after="180"/>
      </w:pPr>
      <w:r>
        <w:t>Please pay the outstanding balance in full by [final payment date] or contact me immediately with a substantive query or payment proposal. If I do not receive payment or an agreed response, I will review the formal recovery options available for this debt, including any applicable late-payment interest and the appropriate pre-action process.</w:t>
      </w:r>
    </w:p>
    <w:p>
      <w:pPr>
        <w:spacing w:after="180"/>
      </w:pPr>
      <w:r>
        <w:t>This message is intended to give you a final opportunity to resolve the invoice without formal action.</w:t>
      </w:r>
    </w:p>
    <w:p>
      <w:pPr>
        <w:spacing w:after="180"/>
      </w:pPr>
      <w:r>
        <w:t>Payment details: [bank details or payment link]</w:t>
      </w:r>
    </w:p>
    <w:p>
      <w:pPr>
        <w:spacing w:after="180"/>
      </w:pPr>
      <w:r>
        <w:t>Yours sincerely,</w:t>
      </w:r>
      <w:r>
        <w:br/>
      </w:r>
      <w:r>
        <w:t>[your name]</w:t>
      </w:r>
      <w:r>
        <w:br/>
      </w:r>
      <w:r>
        <w:t>[your business]</w:t>
      </w:r>
    </w:p>
    <w:p>
      <w:pPr>
        <w:spacing w:before="200"/>
        <w:shd w:fill="F4F6F9"/>
      </w:pPr>
      <w:r>
        <w:rPr>
          <w:b/>
        </w:rPr>
        <w:t xml:space="preserve">Before sending: </w:t>
      </w:r>
      <w:r>
        <w:t>remove unused placeholders, check dates and figures, attach the invoice, and test the payment link.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5A5A5A"/>
        <w:sz w:val="17"/>
      </w:rPr>
      <w:t>Experi | Practical invoicing guidance for UK small businesses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Invoice Chasing Letter Pack</dc:title>
  <dc:subject>Editable invoice payment reminder templates</dc:subject>
  <dc:creator>Experi</dc:creator>
  <cp:keywords>invoice chasing letter, payment reminder, overdue invoice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